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9C6F37" w14:paraId="649F6E0D" w14:textId="77777777">
        <w:tc>
          <w:tcPr>
            <w:tcW w:w="5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0C98" w14:textId="77777777" w:rsidR="009C6F37" w:rsidRDefault="00A1409E">
            <w:r>
              <w:rPr>
                <w:noProof/>
              </w:rPr>
              <w:drawing>
                <wp:inline distT="0" distB="0" distL="0" distR="0" wp14:anchorId="65035D44" wp14:editId="4D1DE1A1">
                  <wp:extent cx="2412000" cy="97726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very_Install_Logo_Transparent_6000px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977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CC6E" w14:textId="77777777" w:rsidR="009C6F37" w:rsidRDefault="00A1409E">
            <w:pPr>
              <w:jc w:val="right"/>
            </w:pPr>
            <w:r>
              <w:rPr>
                <w:b/>
                <w:color w:val="FF751F"/>
                <w:sz w:val="17"/>
              </w:rPr>
              <w:t>MEDIA ASSET GUIDE</w:t>
            </w:r>
          </w:p>
        </w:tc>
      </w:tr>
    </w:tbl>
    <w:p w14:paraId="534DDD9C" w14:textId="77777777" w:rsidR="009C6F37" w:rsidRDefault="00A1409E">
      <w:pPr>
        <w:spacing w:after="20"/>
      </w:pPr>
      <w:r>
        <w:rPr>
          <w:b/>
          <w:color w:val="1A326C"/>
          <w:sz w:val="40"/>
        </w:rPr>
        <w:t>Image captions and credits</w:t>
      </w:r>
    </w:p>
    <w:p w14:paraId="6D3B914C" w14:textId="77777777" w:rsidR="009C6F37" w:rsidRDefault="00A1409E">
      <w:pPr>
        <w:spacing w:after="140"/>
      </w:pPr>
      <w:r>
        <w:rPr>
          <w:color w:val="65708A"/>
        </w:rPr>
        <w:t>Use the approved caption that best matches the image supplied. Replace any wording in square brackets before publication.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6066"/>
        <w:gridCol w:w="2381"/>
      </w:tblGrid>
      <w:tr w:rsidR="009C6F37" w14:paraId="59DC0179" w14:textId="77777777">
        <w:trPr>
          <w:jc w:val="center"/>
        </w:trPr>
        <w:tc>
          <w:tcPr>
            <w:tcW w:w="1757" w:type="dxa"/>
            <w:shd w:val="clear" w:color="auto" w:fill="1A326C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2141F278" w14:textId="77777777" w:rsidR="009C6F37" w:rsidRDefault="00A1409E">
            <w:r>
              <w:rPr>
                <w:b/>
                <w:color w:val="FFFFFF"/>
                <w:sz w:val="16"/>
              </w:rPr>
              <w:t>ASSET</w:t>
            </w:r>
          </w:p>
        </w:tc>
        <w:tc>
          <w:tcPr>
            <w:tcW w:w="6066" w:type="dxa"/>
            <w:shd w:val="clear" w:color="auto" w:fill="1A326C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79FFA1C2" w14:textId="77777777" w:rsidR="009C6F37" w:rsidRDefault="00A1409E">
            <w:r>
              <w:rPr>
                <w:b/>
                <w:color w:val="FFFFFF"/>
                <w:sz w:val="16"/>
              </w:rPr>
              <w:t>APPROVED CAPTION</w:t>
            </w:r>
          </w:p>
        </w:tc>
        <w:tc>
          <w:tcPr>
            <w:tcW w:w="2381" w:type="dxa"/>
            <w:shd w:val="clear" w:color="auto" w:fill="1A326C"/>
            <w:tcMar>
              <w:top w:w="90" w:type="dxa"/>
              <w:left w:w="105" w:type="dxa"/>
              <w:bottom w:w="90" w:type="dxa"/>
              <w:right w:w="105" w:type="dxa"/>
            </w:tcMar>
          </w:tcPr>
          <w:p w14:paraId="5EED8A35" w14:textId="77777777" w:rsidR="009C6F37" w:rsidRDefault="00A1409E">
            <w:r>
              <w:rPr>
                <w:b/>
                <w:color w:val="FFFFFF"/>
                <w:sz w:val="16"/>
              </w:rPr>
              <w:t>CREDIT</w:t>
            </w:r>
          </w:p>
        </w:tc>
      </w:tr>
      <w:tr w:rsidR="009C6F37" w14:paraId="732A5BA8" w14:textId="77777777">
        <w:trPr>
          <w:jc w:val="center"/>
        </w:trPr>
        <w:tc>
          <w:tcPr>
            <w:tcW w:w="1757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68316036" w14:textId="77777777" w:rsidR="009C6F37" w:rsidRDefault="00A1409E">
            <w:r>
              <w:rPr>
                <w:b/>
                <w:color w:val="1A326C"/>
                <w:sz w:val="16"/>
              </w:rPr>
              <w:t>Every Install logo</w:t>
            </w:r>
          </w:p>
        </w:tc>
        <w:tc>
          <w:tcPr>
            <w:tcW w:w="6066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4944EEFA" w14:textId="77777777" w:rsidR="009C6F37" w:rsidRDefault="00A1409E">
            <w:r>
              <w:rPr>
                <w:sz w:val="16"/>
              </w:rPr>
              <w:t>Every Install is a support and education platform created for kitchen, bathroom, bedroom and fitted-interior installers.</w:t>
            </w:r>
          </w:p>
        </w:tc>
        <w:tc>
          <w:tcPr>
            <w:tcW w:w="2381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7490D438" w14:textId="77777777" w:rsidR="009C6F37" w:rsidRDefault="00A1409E">
            <w:r>
              <w:rPr>
                <w:sz w:val="16"/>
              </w:rPr>
              <w:t>Every Install / Every Trade Pro</w:t>
            </w:r>
          </w:p>
        </w:tc>
      </w:tr>
      <w:tr w:rsidR="009C6F37" w14:paraId="2B06039F" w14:textId="77777777">
        <w:trPr>
          <w:jc w:val="center"/>
        </w:trPr>
        <w:tc>
          <w:tcPr>
            <w:tcW w:w="1757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3B0B2ADA" w14:textId="77777777" w:rsidR="009C6F37" w:rsidRDefault="00A1409E">
            <w:r>
              <w:rPr>
                <w:b/>
                <w:color w:val="1A326C"/>
                <w:sz w:val="16"/>
              </w:rPr>
              <w:t>Every Trade Pro logo</w:t>
            </w:r>
          </w:p>
        </w:tc>
        <w:tc>
          <w:tcPr>
            <w:tcW w:w="6066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3677B98C" w14:textId="77777777" w:rsidR="009C6F37" w:rsidRDefault="00A1409E">
            <w:r>
              <w:rPr>
                <w:sz w:val="16"/>
              </w:rPr>
              <w:t>Every Trade Pro is the parent company behind Every Install and has a long-term vision to create dedicated support platforms for skilled trades.</w:t>
            </w:r>
          </w:p>
        </w:tc>
        <w:tc>
          <w:tcPr>
            <w:tcW w:w="2381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2A160D39" w14:textId="77777777" w:rsidR="009C6F37" w:rsidRDefault="00A1409E">
            <w:r>
              <w:rPr>
                <w:sz w:val="16"/>
              </w:rPr>
              <w:t>Every Trade Pro</w:t>
            </w:r>
          </w:p>
        </w:tc>
      </w:tr>
      <w:tr w:rsidR="009C6F37" w14:paraId="5852AC52" w14:textId="77777777">
        <w:trPr>
          <w:jc w:val="center"/>
        </w:trPr>
        <w:tc>
          <w:tcPr>
            <w:tcW w:w="1757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20C5C248" w14:textId="77777777" w:rsidR="009C6F37" w:rsidRDefault="00A1409E">
            <w:r>
              <w:rPr>
                <w:b/>
                <w:color w:val="1A326C"/>
                <w:sz w:val="16"/>
              </w:rPr>
              <w:t>Founder portrait</w:t>
            </w:r>
          </w:p>
        </w:tc>
        <w:tc>
          <w:tcPr>
            <w:tcW w:w="6066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5DBAFDA0" w14:textId="77777777" w:rsidR="009C6F37" w:rsidRDefault="00A1409E">
            <w:r>
              <w:rPr>
                <w:sz w:val="16"/>
              </w:rPr>
              <w:t>Mark Conacher, founder of Every Install and Every Trade Pro.</w:t>
            </w:r>
          </w:p>
        </w:tc>
        <w:tc>
          <w:tcPr>
            <w:tcW w:w="2381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69A0C92D" w14:textId="069A3C35" w:rsidR="009C6F37" w:rsidRDefault="008C582C">
            <w:r>
              <w:rPr>
                <w:sz w:val="16"/>
              </w:rPr>
              <w:t>Courtesy of Every Trade Pro</w:t>
            </w:r>
          </w:p>
        </w:tc>
      </w:tr>
      <w:tr w:rsidR="009C6F37" w14:paraId="71F1C34A" w14:textId="77777777">
        <w:trPr>
          <w:jc w:val="center"/>
        </w:trPr>
        <w:tc>
          <w:tcPr>
            <w:tcW w:w="1757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76A9B1FC" w14:textId="77777777" w:rsidR="009C6F37" w:rsidRDefault="00A1409E">
            <w:r>
              <w:rPr>
                <w:b/>
                <w:color w:val="1A326C"/>
                <w:sz w:val="16"/>
              </w:rPr>
              <w:t>Founder industry image</w:t>
            </w:r>
          </w:p>
        </w:tc>
        <w:tc>
          <w:tcPr>
            <w:tcW w:w="6066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671DF579" w14:textId="77777777" w:rsidR="009C6F37" w:rsidRDefault="00A1409E">
            <w:r>
              <w:rPr>
                <w:sz w:val="16"/>
              </w:rPr>
              <w:t>Mark Conacher, a former installer and installation business owner, created Every Install from more than 40 years in the trades and over 30 years in the KBB industry.</w:t>
            </w:r>
          </w:p>
        </w:tc>
        <w:tc>
          <w:tcPr>
            <w:tcW w:w="2381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035F1693" w14:textId="23517663" w:rsidR="009C6F37" w:rsidRDefault="008C582C">
            <w:r>
              <w:rPr>
                <w:sz w:val="16"/>
              </w:rPr>
              <w:t>Courtesy of Every Trade Pro</w:t>
            </w:r>
          </w:p>
        </w:tc>
      </w:tr>
      <w:tr w:rsidR="009C6F37" w14:paraId="144A1F93" w14:textId="77777777">
        <w:trPr>
          <w:jc w:val="center"/>
        </w:trPr>
        <w:tc>
          <w:tcPr>
            <w:tcW w:w="1757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62DDEF6F" w14:textId="77777777" w:rsidR="009C6F37" w:rsidRDefault="00A1409E">
            <w:r>
              <w:rPr>
                <w:b/>
                <w:color w:val="1A326C"/>
                <w:sz w:val="16"/>
              </w:rPr>
              <w:t>Homepage screenshot</w:t>
            </w:r>
          </w:p>
        </w:tc>
        <w:tc>
          <w:tcPr>
            <w:tcW w:w="6066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77375168" w14:textId="77777777" w:rsidR="009C6F37" w:rsidRDefault="00A1409E">
            <w:r>
              <w:rPr>
                <w:sz w:val="16"/>
              </w:rPr>
              <w:t>Every Install brings practical business support, tools, industry content, apprenticeship information, opportunities and access to trusted specialists together in one place.</w:t>
            </w:r>
          </w:p>
        </w:tc>
        <w:tc>
          <w:tcPr>
            <w:tcW w:w="2381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203B0C0D" w14:textId="77777777" w:rsidR="009C6F37" w:rsidRDefault="00A1409E">
            <w:r>
              <w:rPr>
                <w:sz w:val="16"/>
              </w:rPr>
              <w:t>Every Install</w:t>
            </w:r>
          </w:p>
        </w:tc>
      </w:tr>
      <w:tr w:rsidR="009C6F37" w14:paraId="45CF47DA" w14:textId="77777777">
        <w:trPr>
          <w:jc w:val="center"/>
        </w:trPr>
        <w:tc>
          <w:tcPr>
            <w:tcW w:w="1757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7AA9FD80" w14:textId="77777777" w:rsidR="009C6F37" w:rsidRDefault="00A1409E">
            <w:r>
              <w:rPr>
                <w:b/>
                <w:color w:val="1A326C"/>
                <w:sz w:val="16"/>
              </w:rPr>
              <w:t>Member area screenshot</w:t>
            </w:r>
          </w:p>
        </w:tc>
        <w:tc>
          <w:tcPr>
            <w:tcW w:w="6066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666F130E" w14:textId="77777777" w:rsidR="009C6F37" w:rsidRDefault="00A1409E">
            <w:r>
              <w:rPr>
                <w:sz w:val="16"/>
              </w:rPr>
              <w:t>The Every Install member area gives installers access to learning, practical action guides, tools, planners and a growing resource library.</w:t>
            </w:r>
          </w:p>
        </w:tc>
        <w:tc>
          <w:tcPr>
            <w:tcW w:w="2381" w:type="dxa"/>
            <w:shd w:val="clear" w:color="auto" w:fill="FFFFFF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4E3AEE28" w14:textId="77777777" w:rsidR="009C6F37" w:rsidRDefault="00A1409E">
            <w:r>
              <w:rPr>
                <w:sz w:val="16"/>
              </w:rPr>
              <w:t>Every Install</w:t>
            </w:r>
          </w:p>
        </w:tc>
      </w:tr>
      <w:tr w:rsidR="009C6F37" w14:paraId="29D25228" w14:textId="77777777">
        <w:trPr>
          <w:jc w:val="center"/>
        </w:trPr>
        <w:tc>
          <w:tcPr>
            <w:tcW w:w="1757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3C044F6F" w14:textId="570971BB" w:rsidR="009C6F37" w:rsidRDefault="008C582C">
            <w:r>
              <w:rPr>
                <w:b/>
                <w:color w:val="1A326C"/>
                <w:sz w:val="16"/>
              </w:rPr>
              <w:t xml:space="preserve">The Installer </w:t>
            </w:r>
            <w:r w:rsidR="00A1409E">
              <w:rPr>
                <w:b/>
                <w:color w:val="1A326C"/>
                <w:sz w:val="16"/>
              </w:rPr>
              <w:t>Business Pathway image</w:t>
            </w:r>
          </w:p>
        </w:tc>
        <w:tc>
          <w:tcPr>
            <w:tcW w:w="6066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0C683BFB" w14:textId="77777777" w:rsidR="009C6F37" w:rsidRDefault="00A1409E">
            <w:r>
              <w:rPr>
                <w:sz w:val="16"/>
              </w:rPr>
              <w:t>The Installation Business Pathway is a trilogy of courses designed to help installers build a stronger installation business.</w:t>
            </w:r>
          </w:p>
        </w:tc>
        <w:tc>
          <w:tcPr>
            <w:tcW w:w="2381" w:type="dxa"/>
            <w:shd w:val="clear" w:color="auto" w:fill="F5F7FB"/>
            <w:tcMar>
              <w:top w:w="80" w:type="dxa"/>
              <w:left w:w="105" w:type="dxa"/>
              <w:bottom w:w="80" w:type="dxa"/>
              <w:right w:w="105" w:type="dxa"/>
            </w:tcMar>
            <w:vAlign w:val="center"/>
          </w:tcPr>
          <w:p w14:paraId="15D1B9D1" w14:textId="77777777" w:rsidR="009C6F37" w:rsidRDefault="00A1409E">
            <w:r>
              <w:rPr>
                <w:sz w:val="16"/>
              </w:rPr>
              <w:t>Every Install</w:t>
            </w:r>
          </w:p>
        </w:tc>
      </w:tr>
    </w:tbl>
    <w:p w14:paraId="04A68A19" w14:textId="77777777" w:rsidR="009C6F37" w:rsidRDefault="00A1409E">
      <w:pPr>
        <w:spacing w:before="140" w:after="40"/>
      </w:pPr>
      <w:r>
        <w:rPr>
          <w:b/>
          <w:color w:val="FF751F"/>
          <w:sz w:val="17"/>
        </w:rPr>
        <w:t>CREDIT AND USAGE NOTES</w:t>
      </w:r>
    </w:p>
    <w:p w14:paraId="714D27E3" w14:textId="77777777" w:rsidR="009C6F37" w:rsidRDefault="00A1409E">
      <w:pPr>
        <w:spacing w:after="30"/>
        <w:ind w:left="170" w:hanging="102"/>
        <w:rPr>
          <w:sz w:val="16"/>
        </w:rPr>
      </w:pPr>
      <w:r>
        <w:rPr>
          <w:b/>
          <w:color w:val="FF751F"/>
        </w:rPr>
        <w:t xml:space="preserve">• </w:t>
      </w:r>
      <w:r>
        <w:rPr>
          <w:sz w:val="16"/>
        </w:rPr>
        <w:t>Logos are supplied for editorial use. Do not recolour, stretch, distort, rotate or place them over a busy background.</w:t>
      </w:r>
    </w:p>
    <w:p w14:paraId="0B3EF3C4" w14:textId="54808CE5" w:rsidR="0080467A" w:rsidRDefault="0080467A">
      <w:pPr>
        <w:spacing w:after="30"/>
        <w:ind w:left="170" w:hanging="102"/>
        <w:rPr>
          <w:sz w:val="16"/>
        </w:rPr>
      </w:pPr>
      <w:r>
        <w:rPr>
          <w:b/>
          <w:color w:val="FF751F"/>
        </w:rPr>
        <w:t>•</w:t>
      </w:r>
      <w:r>
        <w:rPr>
          <w:b/>
          <w:color w:val="FF751F"/>
        </w:rPr>
        <w:t xml:space="preserve"> </w:t>
      </w:r>
      <w:r>
        <w:rPr>
          <w:sz w:val="16"/>
        </w:rPr>
        <w:t>Web: everytradepro.com</w:t>
      </w:r>
    </w:p>
    <w:p w14:paraId="2ED41B7A" w14:textId="7163255A" w:rsidR="0080467A" w:rsidRPr="0080467A" w:rsidRDefault="0080467A" w:rsidP="0080467A">
      <w:pPr>
        <w:spacing w:after="30"/>
        <w:ind w:left="170" w:hanging="102"/>
        <w:rPr>
          <w:sz w:val="16"/>
        </w:rPr>
      </w:pPr>
      <w:r>
        <w:rPr>
          <w:b/>
          <w:color w:val="FF751F"/>
        </w:rPr>
        <w:t xml:space="preserve">• </w:t>
      </w:r>
      <w:r>
        <w:rPr>
          <w:sz w:val="16"/>
        </w:rPr>
        <w:t>Web: every</w:t>
      </w:r>
      <w:r>
        <w:rPr>
          <w:sz w:val="16"/>
        </w:rPr>
        <w:t>install</w:t>
      </w:r>
      <w:r>
        <w:rPr>
          <w:sz w:val="16"/>
        </w:rPr>
        <w:t>.com</w:t>
      </w:r>
    </w:p>
    <w:p w14:paraId="778283B3" w14:textId="743DACAD" w:rsidR="009C6F37" w:rsidRDefault="00A1409E">
      <w:pPr>
        <w:spacing w:after="30"/>
        <w:ind w:left="170" w:hanging="102"/>
        <w:rPr>
          <w:sz w:val="16"/>
        </w:rPr>
      </w:pPr>
      <w:r>
        <w:rPr>
          <w:b/>
          <w:color w:val="FF751F"/>
        </w:rPr>
        <w:t xml:space="preserve">• </w:t>
      </w:r>
      <w:r>
        <w:rPr>
          <w:sz w:val="16"/>
        </w:rPr>
        <w:t xml:space="preserve">Media contact: </w:t>
      </w:r>
      <w:hyperlink r:id="rId7" w:history="1">
        <w:r w:rsidR="0080467A" w:rsidRPr="006A0F7A">
          <w:rPr>
            <w:rStyle w:val="Hyperlink"/>
            <w:sz w:val="16"/>
          </w:rPr>
          <w:t>hello@everytradepro.com</w:t>
        </w:r>
      </w:hyperlink>
    </w:p>
    <w:p w14:paraId="05358CE6" w14:textId="77777777" w:rsidR="0080467A" w:rsidRDefault="0080467A">
      <w:pPr>
        <w:spacing w:after="30"/>
        <w:ind w:left="170" w:hanging="102"/>
      </w:pPr>
    </w:p>
    <w:sectPr w:rsidR="0080467A" w:rsidSect="00034616">
      <w:pgSz w:w="11906" w:h="16838"/>
      <w:pgMar w:top="680" w:right="765" w:bottom="624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343412">
    <w:abstractNumId w:val="8"/>
  </w:num>
  <w:num w:numId="2" w16cid:durableId="1019741817">
    <w:abstractNumId w:val="6"/>
  </w:num>
  <w:num w:numId="3" w16cid:durableId="1566723912">
    <w:abstractNumId w:val="5"/>
  </w:num>
  <w:num w:numId="4" w16cid:durableId="1475365459">
    <w:abstractNumId w:val="4"/>
  </w:num>
  <w:num w:numId="5" w16cid:durableId="337122220">
    <w:abstractNumId w:val="7"/>
  </w:num>
  <w:num w:numId="6" w16cid:durableId="1546672184">
    <w:abstractNumId w:val="3"/>
  </w:num>
  <w:num w:numId="7" w16cid:durableId="1674527988">
    <w:abstractNumId w:val="2"/>
  </w:num>
  <w:num w:numId="8" w16cid:durableId="660277731">
    <w:abstractNumId w:val="1"/>
  </w:num>
  <w:num w:numId="9" w16cid:durableId="25351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5E8"/>
    <w:rsid w:val="0015074B"/>
    <w:rsid w:val="0029639D"/>
    <w:rsid w:val="00326F90"/>
    <w:rsid w:val="0080467A"/>
    <w:rsid w:val="008C582C"/>
    <w:rsid w:val="009C6F37"/>
    <w:rsid w:val="00A1409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9198D"/>
  <w14:defaultImageDpi w14:val="300"/>
  <w15:docId w15:val="{D4E6CA6A-6E44-8147-83D6-F6AD7F90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70" w:line="259" w:lineRule="auto"/>
    </w:pPr>
    <w:rPr>
      <w:rFonts w:ascii="Noto Sans" w:hAnsi="Noto Sans"/>
      <w:color w:val="202735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60"/>
      <w:outlineLvl w:val="0"/>
    </w:pPr>
    <w:rPr>
      <w:rFonts w:asciiTheme="majorHAnsi" w:eastAsiaTheme="majorEastAsia" w:hAnsiTheme="majorHAnsi" w:cstheme="majorBidi"/>
      <w:b/>
      <w:bCs/>
      <w:color w:val="1A326C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A326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20"/>
    </w:pPr>
    <w:rPr>
      <w:rFonts w:ascii="Noto Sans" w:hAnsi="Noto Sans"/>
      <w:b/>
      <w:color w:val="FF751F"/>
      <w:sz w:val="16"/>
    </w:rPr>
  </w:style>
  <w:style w:type="character" w:styleId="Hyperlink">
    <w:name w:val="Hyperlink"/>
    <w:basedOn w:val="DefaultParagraphFont"/>
    <w:uiPriority w:val="99"/>
    <w:unhideWhenUsed/>
    <w:rsid w:val="008046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ello@everytradepr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 Conacher</cp:lastModifiedBy>
  <cp:revision>3</cp:revision>
  <dcterms:created xsi:type="dcterms:W3CDTF">2026-07-17T21:25:00Z</dcterms:created>
  <dcterms:modified xsi:type="dcterms:W3CDTF">2026-07-17T21:32:00Z</dcterms:modified>
  <cp:category/>
</cp:coreProperties>
</file>